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>Общество с ограниченной ответственностью «Твоя Улыбка»</w:t>
      </w:r>
    </w:p>
    <w:p>
      <w:pPr>
        <w:spacing w:after="20"/>
        <w:jc w:val="center"/>
      </w:pPr>
      <w:r>
        <w:rPr>
          <w:rFonts w:ascii="Times New Roman" w:hAnsi="Times New Roman" w:eastAsia="Times New Roman"/>
          <w:b w:val="0"/>
          <w:i w:val="0"/>
          <w:color w:val="5A5A5A"/>
          <w:sz w:val="17"/>
        </w:rPr>
        <w:t>ОГРН 1197847062467, ИНН 7810752900, КПП 781001001, 196070, г. Санкт-Петербург, Московский проспект, д. 183-185, лит. Б, помещение 233-Н, офис 1, тел.: +7 (931) 002-03-17, e-mail: dwadantista@yandex.ru</w:t>
      </w:r>
    </w:p>
    <w:p>
      <w:pPr>
        <w:spacing w:after="160"/>
        <w:jc w:val="center"/>
      </w:pPr>
      <w:r>
        <w:rPr>
          <w:rFonts w:ascii="Times New Roman" w:hAnsi="Times New Roman" w:eastAsia="Times New Roman"/>
          <w:b w:val="0"/>
          <w:i w:val="0"/>
          <w:color w:val="5A5A5A"/>
          <w:sz w:val="17"/>
        </w:rPr>
        <w:t>Лицензия на осуществление медицинской деятельности: реестровая запись № Л041-01148-78/00360823 (ранее № ЛО-78-01-010344 от 19.11.2019)</w:t>
      </w:r>
    </w:p>
    <w:p>
      <w:pPr>
        <w:spacing w:before="40" w:after="6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СОГЛАСИЕ НА ОБРАБОТКУ ПЕРСОНАЛЬНЫХ ДАННЫХ ПАЦИЕНТА</w:t>
      </w:r>
    </w:p>
    <w:p>
      <w:pPr>
        <w:spacing w:after="1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>в том числе специальных категорий персональных данных о состоянии здоровья</w:t>
      </w:r>
    </w:p>
    <w:p>
      <w:pPr>
        <w:keepLines/>
        <w:spacing w:before="40" w:after="120"/>
        <w:ind w:left="142" w:right="142"/>
        <w:shd w:fill="F2F2F2"/>
        <w:pBdr>
          <w:top w:val="single" w:sz="4" w:color="B7B7B7" w:space="4"/>
          <w:left w:val="single" w:sz="4" w:color="B7B7B7" w:space="4"/>
          <w:bottom w:val="single" w:sz="4" w:color="B7B7B7" w:space="4"/>
          <w:right w:val="single" w:sz="4" w:color="B7B7B7" w:space="4"/>
        </w:pBdr>
      </w:pPr>
      <w:r>
        <w:rPr>
          <w:rFonts w:ascii="Times New Roman" w:hAnsi="Times New Roman" w:eastAsia="Times New Roman"/>
          <w:b/>
          <w:i w:val="0"/>
          <w:color w:val="000000"/>
          <w:sz w:val="19"/>
        </w:rPr>
        <w:t>Настоящее согласие является самостоятельным документом. Оно не заменяет информированное добровольное согласие на медицинское вмешательство и не является согласием на получение рекламы.</w:t>
      </w:r>
    </w:p>
    <w:p>
      <w:pPr>
        <w:pStyle w:val="FormSection"/>
        <w:keepNext/>
      </w:pPr>
      <w:r>
        <w:t>Сведения о субъекте персональных данных - пациенте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Паспорт: серия, номер: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Кем и когда выдан: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Адрес регистрации (места жительства):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Электронная почта: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</w:t>
      </w:r>
    </w:p>
    <w:p>
      <w:pPr>
        <w:pStyle w:val="FormSection"/>
        <w:keepNext/>
      </w:pPr>
      <w:r>
        <w:t>Сведения о законном представителе - заполняются, если документ подписывает представитель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Фамилия, имя, отчество представителя: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Паспорт представителя: серия, номер: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Кем и когда выдан: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Адрес представителя: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_______________________________________________________________</w:t>
      </w:r>
    </w:p>
    <w:p>
      <w:pPr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Статус и документ, подтверждающий полномочия: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_____________________________________________</w:t>
      </w:r>
      <w:r>
        <w:rPr>
          <w:rFonts w:ascii="Times New Roman" w:hAnsi="Times New Roman" w:eastAsia="Times New Roman"/>
          <w:b w:val="0"/>
          <w:i/>
          <w:color w:val="5A5A5A"/>
          <w:sz w:val="17"/>
        </w:rPr>
        <w:br/>
        <w:t>(родитель, усыновитель, опекун, попечитель или иной законный представитель)</w:t>
      </w:r>
    </w:p>
    <w:p>
      <w:pPr>
        <w:pStyle w:val="FormSection"/>
        <w:keepNext/>
      </w:pPr>
      <w:r>
        <w:t>Оператор персональных данных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Общество с ограниченной ответственностью «Твоя Улыбка», ОГРН 1197847062467, ИНН 7810752900, КПП 781001001, 196070, г. Санкт-Петербург, Московский проспект, д. 183-185, лит. Б, помещение 233-Н, офис 1, тел.: +7 (931) 002-03-17, e-mail: dwadantista@yandex.ru.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Я свободно, своей волей и в своем интересе даю Оператору конкретное, предметное, информированное, сознательное и однозначное согласие на обработку моих персональных данных и, если я действую как законный представитель, персональных данных представляемого Пациента на следующих условиях.</w:t>
      </w:r>
    </w:p>
    <w:p>
      <w:pPr>
        <w:pStyle w:val="FormSection"/>
        <w:keepNext/>
      </w:pPr>
      <w:r>
        <w:t>Цели обработки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идентификация Пациента, заключение и исполнение договора на оказание платных медицинских услуг;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организация и оказание медицинской помощи, включая диагностику, лечение, профилактику, ведение и хранение медицинской документации, внутренний контроль качества и безопасности медицинской деятельности;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запись на прием и направление сервисных сообщений, связанных с приемом, изменением времени, подготовкой к медицинскому вмешательству, медицинскими рекомендациями, кассовыми чеками, оплатой и исполнением договора;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осуществление расчетов, бухгалтерского и налогового учета, выдача документов для социального налогового вычета, исполнение обязанностей, установленных законодательством Российской Федерации;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рассмотрение обращений, жалоб и претензий, защита прав и законных интересов Пациента и Оператора;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предоставление доступа к личному кабинету Пациента и иным информационным сервисам Оператора, если такие сервисы используются Пациентом.</w:t>
      </w:r>
    </w:p>
    <w:p>
      <w:pPr>
        <w:pStyle w:val="FormSection"/>
        <w:keepNext/>
      </w:pPr>
      <w:r>
        <w:t>Перечень персональных данных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фамилия, имя, отчество, дата и место рождения, пол, гражданство;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данные документа, удостоверяющего личность, адрес регистрации и места жительства;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телефон, адрес электронной почты, идентификаторы выбранных средств связи;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сведения о законном представителе, его полномочиях и документах, подтверждающих полномочия;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сведения о договоре, Плане лечения, платежах, кассовых чеках, налоговых документах и обращениях;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сведения о состоянии здоровья, факте обращения за медицинской помощью, анамнезе, диагнозах, результатах обследований, медицинских вмешательствах, назначениях, рекомендациях и ходе лечения;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медицинские изображения, включая рентгеновские исследования, сканы, модели, а также фото- и видеоматериалы ротовой полости, лица и этапов лечения, созданные исключительно для диагностики, планирования лечения, ведения медицинской документации и контроля качества медицинской помощи.</w:t>
      </w:r>
    </w:p>
    <w:p>
      <w:pPr>
        <w:pStyle w:val="FormSection"/>
        <w:keepNext/>
      </w:pPr>
      <w:r>
        <w:t>Перечень действий и способы обработки</w:t>
      </w:r>
    </w:p>
    <w:p>
      <w:pPr>
        <w:keepLines w:val="0"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Сбор, запись, систематизация, накопление, хранение, уточнение (обновление, изменение), извлечение, использование, передача в форме предоставления или доступа в случаях, предусмотренных законом или настоящим согласием, обезличивание, блокирование, удаление и уничтожение. Обработка осуществляется с использованием средств автоматизации, без их использования и смешанным способом.</w:t>
      </w:r>
    </w:p>
    <w:p>
      <w:pPr>
        <w:pStyle w:val="FormSection"/>
        <w:keepNext/>
      </w:pPr>
      <w:r>
        <w:t>Условия и ограничения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доступ к данным предоставляется только работникам и иным лицам, которым он необходим для выполнения законных обязанностей и которые обязаны соблюдать конфиденциальность и врачебную тайну;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предоставление данных государственным органам, страховым организациям и иным получателям допускается только при наличии законного основания и в необходимом объеме;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настоящее согласие не разрешает распространение персональных данных, их публикацию, размещение в открытом доступе, использование фото- и видеоматериалов в рекламе, социальных сетях, на сайте, в учебных или научных публикациях;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передача результатов обследований, копий медицинских документов и сведений, составляющих врачебную тайну, по электронной почте или через мессенджеры осуществляется только при наличии отдельного согласия, когда оно требуется законом;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обработка данных для рекламы и использование сведений о здоровье для рекламного профилирования настоящим согласием не разрешаются;</w:t>
      </w:r>
    </w:p>
    <w:p>
      <w:pPr>
        <w:numPr>
          <w:ilvl w:val="0"/>
          <w:numId w:val="10"/>
        </w:numPr>
        <w:spacing w:after="4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если обработка поручается лицу и закон требует указать такое лицо в согласии, Оператор до начала соответствующей обработки получает отдельное согласие с наименованием и адресом такого лица.</w:t>
      </w:r>
    </w:p>
    <w:p>
      <w:pPr>
        <w:pStyle w:val="FormSection"/>
        <w:keepNext/>
      </w:pPr>
      <w:r>
        <w:t>Сервисные сообщения - не реклама</w:t>
      </w:r>
    </w:p>
    <w:p>
      <w:pPr>
        <w:keepLines w:val="0"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Для сообщений, непосредственно связанных с записью, лечением, рекомендациями, кассовыми чеками, оплатой и исполнением договора, прошу использовать отмеченные мной каналы: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телефонный звонок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SMS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электронная почта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spacing w:after="40"/>
        <w:ind w:left="198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☐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мессенджер: WhatsApp / Telegram / MAX / иной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  ________________________________________________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Неотмеченный канал не считается выбранным. Сообщения должны содержать только минимально необходимую информацию и не должны раскрывать диагноз или иные сведения о здоровье третьим лицам.</w:t>
      </w:r>
    </w:p>
    <w:p>
      <w:pPr>
        <w:pStyle w:val="FormSection"/>
        <w:keepNext/>
      </w:pPr>
      <w:r>
        <w:t>Срок действия и отзыв</w:t>
      </w:r>
    </w:p>
    <w:p>
      <w:pPr>
        <w:keepLines w:val="0"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Согласие действует с даты подписания до достижения целей обработки и окончания обязательных сроков хранения медицинской, бухгалтерской и иной документации либо до его отзыва, если обработка основана исключительно на согласии. Отзыв может быть направлен лично, почтовым отправлением по адресу Оператора или по адресу электронной почты dwadantista@yandex.ru. Отзыв не прекращает обработку, которую Оператор вправе или обязан продолжить на иных основаниях, предусмотренных законом, в том числе для оказания медицинской помощи, исполнения договора и хранения медицинской документации.</w:t>
      </w:r>
    </w:p>
    <w:p>
      <w:pPr>
        <w:pStyle w:val="FormSection"/>
        <w:keepNext/>
      </w:pPr>
      <w:r>
        <w:t>Подтверждение</w:t>
      </w:r>
    </w:p>
    <w:p>
      <w:pPr>
        <w:keepLines/>
        <w:spacing w:after="6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Мне разъяснены цели, состав данных, действия с ними, способы обработки, срок действия, порядок отзыва и последствия отзыва согласия. Текст прочитан мною полностью и понятен.</w:t>
      </w:r>
    </w:p>
    <w:p>
      <w:pPr>
        <w:keepNext/>
        <w:keepLines/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Дата: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</w:t>
      </w:r>
    </w:p>
    <w:p>
      <w:pPr>
        <w:keepNext/>
        <w:keepLines/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Ф.И.О. субъекта персональных данных или законного представителя: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_________________________________________</w:t>
      </w:r>
    </w:p>
    <w:p>
      <w:pPr>
        <w:keepNext w:val="0"/>
        <w:keepLines/>
        <w:spacing w:after="60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 xml:space="preserve">Подпись: </w:t>
      </w: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Times New Roman" w:hAnsi="Times New Roman" w:eastAsia="Times New Roman"/>
        <w:b w:val="0"/>
        <w:i w:val="0"/>
        <w:color w:val="5A5A5A"/>
        <w:sz w:val="17"/>
      </w:rPr>
      <w:t xml:space="preserve">ООО «Твоя Улыбка» | Согласие на обработку ПД | редакция с 01.09.2026 | стр. </w:t>
    </w:r>
    <w:r>
      <w:rPr>
        <w:rFonts w:ascii="Times New Roman" w:hAnsi="Times New Roman" w:eastAsia="Times New Roman"/>
        <w:b w:val="0"/>
        <w:i w:val="0"/>
        <w:color w:val="5A5A5A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space"/>
      <w:pPr>
        <w:tabs>
          <w:tab w:val="num" w:pos="420"/>
        </w:tabs>
        <w:ind w:left="420" w:hanging="210"/>
      </w:pPr>
      <w:rPr>
        <w:rFonts w:ascii="Times New Roman" w:hAnsi="Times New Roman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Times New Roman" w:hAnsi="Times New Roman" w:eastAsia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Section">
    <w:name w:val="Form Section"/>
    <w:pPr>
      <w:keepNext/>
      <w:spacing w:before="160" w:after="80"/>
    </w:pPr>
    <w:rPr>
      <w:rFonts w:ascii="Times New Roman" w:hAnsi="Times New Roman" w:eastAsia="Times New Roman"/>
      <w:b/>
      <w:color w:val="000000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пациента</dc:title>
  <dc:subject>Форма для пациента</dc:subject>
  <dc:creator/>
  <cp:keywords>персональные данные, пациент, стоматология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