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jc w:val="center"/>
      </w:pPr>
      <w:r>
        <w:rPr>
          <w:rFonts w:ascii="Times New Roman" w:hAnsi="Times New Roman" w:eastAsia="Times New Roman" w:cs="Times New Roman"/>
          <w:b/>
          <w:i w:val="0"/>
          <w:color w:val="224A70"/>
          <w:sz w:val="22"/>
        </w:rPr>
        <w:t>ООО «Твоя Улыбка»</w:t>
      </w:r>
    </w:p>
    <w:p>
      <w:pPr>
        <w:spacing w:before="0" w:after="100" w:line="240" w:lineRule="auto"/>
        <w:jc w:val="center"/>
      </w:pPr>
      <w:r>
        <w:rPr>
          <w:rFonts w:ascii="Times New Roman" w:hAnsi="Times New Roman" w:eastAsia="Times New Roman" w:cs="Times New Roman"/>
          <w:b w:val="0"/>
          <w:i w:val="0"/>
          <w:color w:val="5A5A5A"/>
          <w:sz w:val="15"/>
        </w:rPr>
        <w:t>ОГРН 1197847062467  |  ИНН 7810752900  |  КПП 781001001</w:t>
        <w:br/>
        <w:t>196070, г. Санкт-Петербург, Московский проспект, д. 183-185, лит. Б, помещение 233-Н, офис 1  |  +7 (931) 002-03-17  |  dwadantista@yandex.ru</w:t>
        <w:br/>
        <w:t>Лицензия № Л041-01148-78/00360823 (ранее № ЛО-78-01-010344 от 19.11.2019)</w:t>
      </w:r>
    </w:p>
    <w:p>
      <w:pPr>
        <w:spacing w:before="40" w:after="140" w:line="240" w:lineRule="auto"/>
        <w:jc w:val="center"/>
      </w:pPr>
      <w:r>
        <w:rPr>
          <w:rFonts w:ascii="Times New Roman" w:hAnsi="Times New Roman" w:eastAsia="Times New Roman" w:cs="Times New Roman"/>
          <w:b/>
          <w:i w:val="0"/>
          <w:sz w:val="26"/>
        </w:rPr>
        <w:t>СОГЛАСИЕ НА ИСПОЛЬЗОВАНИЕ ФОТО И ВИДЕО</w:t>
        <w:br/>
        <w:t>В РЕКЛАМНЫХ ЦЕЛЯХ</w:t>
      </w:r>
    </w:p>
    <w:p>
      <w:pPr>
        <w:spacing w:before="0" w:after="40" w:line="240" w:lineRule="auto"/>
      </w:pPr>
      <w:r>
        <w:rPr>
          <w:rFonts w:ascii="Times New Roman" w:hAnsi="Times New Roman" w:eastAsia="Times New Roman" w:cs="Times New Roman"/>
          <w:b/>
          <w:i w:val="0"/>
          <w:sz w:val="19"/>
        </w:rPr>
        <w:t xml:space="preserve">Пациент: </w:t>
      </w:r>
      <w:r>
        <w:rPr>
          <w:rFonts w:ascii="Times New Roman" w:hAnsi="Times New Roman" w:eastAsia="Times New Roman" w:cs="Times New Roman"/>
          <w:b w:val="0"/>
          <w:i w:val="0"/>
          <w:sz w:val="19"/>
        </w:rPr>
        <w:t>________________________________________________________________________________</w:t>
      </w:r>
    </w:p>
    <w:p>
      <w:pPr>
        <w:spacing w:before="0" w:after="40" w:line="240" w:lineRule="auto"/>
      </w:pPr>
      <w:r>
        <w:rPr>
          <w:rFonts w:ascii="Times New Roman" w:hAnsi="Times New Roman" w:eastAsia="Times New Roman" w:cs="Times New Roman"/>
          <w:b/>
          <w:i w:val="0"/>
          <w:sz w:val="19"/>
        </w:rPr>
        <w:t xml:space="preserve">Дата рождения: </w:t>
      </w:r>
      <w:r>
        <w:rPr>
          <w:rFonts w:ascii="Times New Roman" w:hAnsi="Times New Roman" w:eastAsia="Times New Roman" w:cs="Times New Roman"/>
          <w:b w:val="0"/>
          <w:i w:val="0"/>
          <w:sz w:val="19"/>
        </w:rPr>
        <w:t xml:space="preserve">__________________    </w:t>
      </w:r>
      <w:r>
        <w:rPr>
          <w:rFonts w:ascii="Times New Roman" w:hAnsi="Times New Roman" w:eastAsia="Times New Roman" w:cs="Times New Roman"/>
          <w:b/>
          <w:i w:val="0"/>
          <w:sz w:val="19"/>
        </w:rPr>
        <w:t xml:space="preserve">Телефон: </w:t>
      </w:r>
      <w:r>
        <w:rPr>
          <w:rFonts w:ascii="Times New Roman" w:hAnsi="Times New Roman" w:eastAsia="Times New Roman" w:cs="Times New Roman"/>
          <w:b w:val="0"/>
          <w:i w:val="0"/>
          <w:sz w:val="19"/>
        </w:rPr>
        <w:t>____________________________________________</w:t>
      </w:r>
    </w:p>
    <w:p>
      <w:pPr>
        <w:spacing w:before="0" w:after="100" w:line="240" w:lineRule="auto"/>
      </w:pPr>
      <w:r>
        <w:rPr>
          <w:rFonts w:ascii="Times New Roman" w:hAnsi="Times New Roman" w:eastAsia="Times New Roman" w:cs="Times New Roman"/>
          <w:b/>
          <w:i w:val="0"/>
          <w:sz w:val="19"/>
        </w:rPr>
        <w:t xml:space="preserve">Законный представитель (если применимо): </w:t>
      </w:r>
      <w:r>
        <w:rPr>
          <w:rFonts w:ascii="Times New Roman" w:hAnsi="Times New Roman" w:eastAsia="Times New Roman" w:cs="Times New Roman"/>
          <w:b w:val="0"/>
          <w:i w:val="0"/>
          <w:sz w:val="19"/>
        </w:rPr>
        <w:t>__________________________________________________________</w:t>
      </w:r>
    </w:p>
    <w:p>
      <w:pPr>
        <w:spacing w:before="20" w:after="60" w:line="252" w:lineRule="auto"/>
      </w:pPr>
      <w:r>
        <w:rPr>
          <w:rFonts w:ascii="Times New Roman" w:hAnsi="Times New Roman" w:eastAsia="Times New Roman" w:cs="Times New Roman"/>
          <w:b/>
          <w:i w:val="0"/>
          <w:sz w:val="18"/>
        </w:rPr>
        <w:t>Выберите один вариант. Если отмечены оба варианта или не отмечен ни один, согласие считается не предоставленным.</w:t>
      </w:r>
    </w:p>
    <w:p>
      <w:pPr>
        <w:spacing w:before="80" w:after="80" w:line="252" w:lineRule="auto"/>
        <w:ind w:left="85" w:hanging="85"/>
      </w:pPr>
      <w:r>
        <w:rPr>
          <w:rFonts w:ascii="DejaVu Sans" w:hAnsi="DejaVu Sans" w:eastAsia="DejaVu Sans" w:cs="DejaVu Sans"/>
          <w:b/>
          <w:i w:val="0"/>
          <w:color w:val="224A70"/>
          <w:sz w:val="24"/>
        </w:rPr>
        <w:t xml:space="preserve">☐ </w:t>
      </w:r>
      <w:r>
        <w:rPr>
          <w:rFonts w:ascii="Times New Roman" w:hAnsi="Times New Roman" w:eastAsia="Times New Roman" w:cs="Times New Roman"/>
          <w:b/>
          <w:i w:val="0"/>
          <w:color w:val="224A70"/>
          <w:sz w:val="21"/>
        </w:rPr>
        <w:t xml:space="preserve">ДАЮ СОГЛАСИЕ. </w:t>
      </w:r>
      <w:r>
        <w:rPr>
          <w:rFonts w:ascii="Times New Roman" w:hAnsi="Times New Roman" w:eastAsia="Times New Roman" w:cs="Times New Roman"/>
          <w:b w:val="0"/>
          <w:i w:val="0"/>
          <w:sz w:val="19"/>
        </w:rPr>
        <w:t>Разрешаю ООО «Твоя Улыбка» проводить мою фото-, видео- и аудиозапись и безвозмездно использовать материалы для создания и публикации рекламы клиники, ее услуг, специалистов и результатов лечения на сайте клиники, в социальных сетях и мессенджерах, на видеохостингах, рекламных и партнерских площадках, в СМИ и печатных материалах. Материалы могут содержать мое изображение, голос, отзыв, имя или псевдоним, вид, этапы и результат лечения, в том числе «до/после». Допускаются монтаж, кадрирование, цветокоррекция, титры и логотип без искажения смысла. Контакты, реквизиты документов и номер медицинской карты публиковаться не будут.</w:t>
      </w:r>
    </w:p>
    <w:p>
      <w:pPr>
        <w:spacing w:before="80" w:after="80" w:line="252" w:lineRule="auto"/>
        <w:ind w:left="85" w:hanging="85"/>
      </w:pPr>
      <w:r>
        <w:rPr>
          <w:rFonts w:ascii="DejaVu Sans" w:hAnsi="DejaVu Sans" w:eastAsia="DejaVu Sans" w:cs="DejaVu Sans"/>
          <w:b/>
          <w:i w:val="0"/>
          <w:color w:val="224A70"/>
          <w:sz w:val="24"/>
        </w:rPr>
        <w:t xml:space="preserve">☐ </w:t>
      </w:r>
      <w:r>
        <w:rPr>
          <w:rFonts w:ascii="Times New Roman" w:hAnsi="Times New Roman" w:eastAsia="Times New Roman" w:cs="Times New Roman"/>
          <w:b/>
          <w:i w:val="0"/>
          <w:color w:val="224A70"/>
          <w:sz w:val="21"/>
        </w:rPr>
        <w:t xml:space="preserve">НЕ ДАЮ СОГЛАСИЕ. </w:t>
      </w:r>
      <w:r>
        <w:rPr>
          <w:rFonts w:ascii="Times New Roman" w:hAnsi="Times New Roman" w:eastAsia="Times New Roman" w:cs="Times New Roman"/>
          <w:b w:val="0"/>
          <w:i w:val="0"/>
          <w:sz w:val="19"/>
        </w:rPr>
        <w:t>Запрещаю использовать мои фото-, видео-, аудиоматериалы, изображение и голос в рекламных материалах и публикациях.</w:t>
      </w:r>
    </w:p>
    <w:p>
      <w:pPr>
        <w:spacing w:before="60" w:after="60" w:line="252" w:lineRule="auto"/>
      </w:pPr>
      <w:r>
        <w:rPr>
          <w:rFonts w:ascii="Times New Roman" w:hAnsi="Times New Roman" w:eastAsia="Times New Roman" w:cs="Times New Roman"/>
          <w:b w:val="0"/>
          <w:i w:val="0"/>
          <w:sz w:val="18"/>
        </w:rPr>
        <w:t>Отказ не влияет на возможность, стоимость и качество медицинской помощи. Согласие предоставляется безвозмездно на 3 года с даты подписания и может быть отозвано письменным заявлением, переданным лично, почтой по адресу клиники или на электронную почту dwadantista@yandex.ru. После получения отзыва клиника прекращает новые публикации и удаляет материалы с подконтрольных ей ресурсов, если иное не предусмотрено законом. Клиника не может гарантировать удаление копий, ранее сохраненных или распространенных третьими лицами.</w:t>
      </w:r>
    </w:p>
    <w:p>
      <w:pPr>
        <w:spacing w:before="140" w:after="60" w:line="240" w:lineRule="auto"/>
      </w:pPr>
      <w:r>
        <w:rPr>
          <w:rFonts w:ascii="Times New Roman" w:hAnsi="Times New Roman" w:eastAsia="Times New Roman" w:cs="Times New Roman"/>
          <w:b/>
          <w:i w:val="0"/>
          <w:sz w:val="19"/>
        </w:rPr>
        <w:t xml:space="preserve">Дата: </w:t>
      </w:r>
      <w:r>
        <w:rPr>
          <w:rFonts w:ascii="Times New Roman" w:hAnsi="Times New Roman" w:eastAsia="Times New Roman" w:cs="Times New Roman"/>
          <w:b w:val="0"/>
          <w:i w:val="0"/>
          <w:sz w:val="19"/>
        </w:rPr>
        <w:t xml:space="preserve">«____» ______________ 20____ г.     </w:t>
      </w:r>
      <w:r>
        <w:rPr>
          <w:rFonts w:ascii="Times New Roman" w:hAnsi="Times New Roman" w:eastAsia="Times New Roman" w:cs="Times New Roman"/>
          <w:b/>
          <w:i w:val="0"/>
          <w:sz w:val="19"/>
        </w:rPr>
        <w:t xml:space="preserve">Подпись: </w:t>
      </w:r>
      <w:r>
        <w:rPr>
          <w:rFonts w:ascii="Times New Roman" w:hAnsi="Times New Roman" w:eastAsia="Times New Roman" w:cs="Times New Roman"/>
          <w:b w:val="0"/>
          <w:i w:val="0"/>
          <w:sz w:val="19"/>
        </w:rPr>
        <w:t>____________________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19"/>
        </w:rPr>
        <w:t xml:space="preserve">Ф.И.О. подписавшего: </w:t>
      </w:r>
      <w:r>
        <w:rPr>
          <w:rFonts w:ascii="Times New Roman" w:hAnsi="Times New Roman" w:eastAsia="Times New Roman" w:cs="Times New Roman"/>
          <w:b w:val="0"/>
          <w:i w:val="0"/>
          <w:sz w:val="19"/>
        </w:rPr>
        <w:t>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652" w:right="879" w:bottom="652" w:left="879" w:header="255" w:footer="25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Times New Roman" w:hAnsi="Times New Roman" w:eastAsia="Times New Roman" w:cs="Times New Roman"/>
        <w:b w:val="0"/>
        <w:i w:val="0"/>
        <w:color w:val="5A5A5A"/>
        <w:sz w:val="15"/>
      </w:rPr>
      <w:t>Форма для предварительной проверки  |  редакция с 01.09.2026  |  страница 1 из 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пациента на фото и видео в рекламных целях - простая форма</dc:title>
  <dc:subject>Два варианта: даю согласие / не даю согласие</dc:subject>
  <dc:creator>ООО «Твоя Улыбка»</dc:creator>
  <cp:keywords>согласие, фото, видео, реклама, публикация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